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709E7" w14:textId="707C1BF4" w:rsidR="002A48EE" w:rsidRDefault="00000000" w:rsidP="002D5447">
      <w:pPr>
        <w:pStyle w:val="Heading1"/>
        <w:jc w:val="center"/>
        <w:rPr>
          <w:color w:val="0F243E" w:themeColor="text2" w:themeShade="80"/>
          <w:u w:val="single"/>
        </w:rPr>
      </w:pPr>
      <w:r w:rsidRPr="002D5447">
        <w:rPr>
          <w:color w:val="0F243E" w:themeColor="text2" w:themeShade="80"/>
          <w:u w:val="single"/>
        </w:rPr>
        <w:t>G</w:t>
      </w:r>
      <w:r w:rsidR="002D5447" w:rsidRPr="002D5447">
        <w:rPr>
          <w:color w:val="0F243E" w:themeColor="text2" w:themeShade="80"/>
          <w:u w:val="single"/>
        </w:rPr>
        <w:t>RANT APPLICATION</w:t>
      </w:r>
    </w:p>
    <w:p w14:paraId="3F7552D3" w14:textId="77777777" w:rsidR="003D7B42" w:rsidRPr="003D7B42" w:rsidRDefault="003D7B42" w:rsidP="008B34B4">
      <w:pPr>
        <w:spacing w:after="0" w:line="240" w:lineRule="auto"/>
      </w:pPr>
    </w:p>
    <w:p w14:paraId="1D91E11D" w14:textId="49457C83" w:rsidR="00A97AA4" w:rsidRPr="00A97AA4" w:rsidRDefault="00A97AA4" w:rsidP="00A97AA4">
      <w:pPr>
        <w:rPr>
          <w:rFonts w:cstheme="majorHAnsi"/>
        </w:rPr>
      </w:pPr>
      <w:r w:rsidRPr="003D7B42">
        <w:rPr>
          <w:rFonts w:cstheme="majorHAnsi"/>
        </w:rPr>
        <w:t>Bloss Memorial Healthcare District</w:t>
      </w:r>
      <w:r w:rsidRPr="00A97AA4">
        <w:rPr>
          <w:rFonts w:cstheme="majorHAnsi"/>
        </w:rPr>
        <w:t xml:space="preserve"> is committed to supporting local </w:t>
      </w:r>
      <w:r w:rsidRPr="003D7B42">
        <w:rPr>
          <w:rFonts w:cstheme="majorHAnsi"/>
        </w:rPr>
        <w:t xml:space="preserve">organizations </w:t>
      </w:r>
      <w:r w:rsidRPr="00A97AA4">
        <w:rPr>
          <w:rFonts w:cstheme="majorHAnsi"/>
        </w:rPr>
        <w:t xml:space="preserve">that improve the health and well-being of residents within our service area. </w:t>
      </w:r>
      <w:r w:rsidR="003D7B42" w:rsidRPr="003D7B42">
        <w:rPr>
          <w:rFonts w:cstheme="majorHAnsi"/>
        </w:rPr>
        <w:t>Our goal is to m</w:t>
      </w:r>
      <w:r w:rsidRPr="00A97AA4">
        <w:rPr>
          <w:rFonts w:cstheme="majorHAnsi"/>
        </w:rPr>
        <w:t>ake the application process straightforward and accessible while ensuring due diligence to responsibly steward community resources.</w:t>
      </w:r>
    </w:p>
    <w:p w14:paraId="435C765D" w14:textId="09C68F00" w:rsidR="00A97AA4" w:rsidRPr="00A97AA4" w:rsidRDefault="00A97AA4" w:rsidP="00A97AA4">
      <w:pPr>
        <w:rPr>
          <w:b/>
          <w:bCs/>
        </w:rPr>
      </w:pPr>
      <w:r w:rsidRPr="00A97AA4">
        <w:rPr>
          <w:b/>
          <w:bCs/>
        </w:rPr>
        <w:t>Instructions:</w:t>
      </w:r>
    </w:p>
    <w:p w14:paraId="4D35A2D4" w14:textId="5C697CDE" w:rsidR="00A97AA4" w:rsidRDefault="003D7B42" w:rsidP="00EA5484">
      <w:pPr>
        <w:numPr>
          <w:ilvl w:val="0"/>
          <w:numId w:val="10"/>
        </w:numPr>
        <w:spacing w:after="0" w:line="240" w:lineRule="auto"/>
      </w:pPr>
      <w:r>
        <w:t>Please b</w:t>
      </w:r>
      <w:r w:rsidR="00A97AA4" w:rsidRPr="00A97AA4">
        <w:t>e concise but thorough in your responses. We value thoughtful answers but generally prefer brief, focused explanations. </w:t>
      </w:r>
    </w:p>
    <w:p w14:paraId="160722D2" w14:textId="5354A33D" w:rsidR="003D7B42" w:rsidRDefault="003D7B42" w:rsidP="00EA5484">
      <w:pPr>
        <w:numPr>
          <w:ilvl w:val="0"/>
          <w:numId w:val="10"/>
        </w:numPr>
        <w:spacing w:after="0" w:line="240" w:lineRule="auto"/>
      </w:pPr>
      <w:r>
        <w:t>Review</w:t>
      </w:r>
      <w:r w:rsidR="009B074D">
        <w:t xml:space="preserve"> BMHCD</w:t>
      </w:r>
      <w:r>
        <w:t xml:space="preserve"> </w:t>
      </w:r>
      <w:r w:rsidR="00097DBE">
        <w:t>District Zone Map and ensure project is serving communities we fund</w:t>
      </w:r>
      <w:r w:rsidR="00285F20">
        <w:t xml:space="preserve">: </w:t>
      </w:r>
      <w:r w:rsidR="00285F20" w:rsidRPr="00285F20">
        <w:t xml:space="preserve"> </w:t>
      </w:r>
      <w:r w:rsidR="00285F20">
        <w:t xml:space="preserve"> </w:t>
      </w:r>
      <w:hyperlink r:id="rId8" w:history="1">
        <w:r w:rsidR="00285F20" w:rsidRPr="00285F20">
          <w:rPr>
            <w:rStyle w:val="Hyperlink"/>
            <w:color w:val="0000FF"/>
          </w:rPr>
          <w:t>www.bmhcd.org/district-boundaries</w:t>
        </w:r>
      </w:hyperlink>
      <w:r w:rsidR="00285F20">
        <w:rPr>
          <w:color w:val="365F91" w:themeColor="accent1" w:themeShade="BF"/>
          <w:u w:val="single"/>
        </w:rPr>
        <w:t xml:space="preserve"> </w:t>
      </w:r>
    </w:p>
    <w:p w14:paraId="64F63CE1" w14:textId="08B66A59" w:rsidR="00097DBE" w:rsidRPr="00A97AA4" w:rsidRDefault="00097DBE" w:rsidP="00EA5484">
      <w:pPr>
        <w:numPr>
          <w:ilvl w:val="0"/>
          <w:numId w:val="10"/>
        </w:numPr>
        <w:spacing w:after="0" w:line="240" w:lineRule="auto"/>
      </w:pPr>
      <w:r>
        <w:t xml:space="preserve">Review </w:t>
      </w:r>
      <w:r w:rsidR="009B074D">
        <w:t xml:space="preserve">BMHCD </w:t>
      </w:r>
      <w:r w:rsidR="00FF6D27">
        <w:t>funding priorities</w:t>
      </w:r>
      <w:r w:rsidR="00395C9E">
        <w:t xml:space="preserve"> and ensure project alignment.</w:t>
      </w:r>
    </w:p>
    <w:p w14:paraId="7FE7E83E" w14:textId="7EC821F7" w:rsidR="00395C9E" w:rsidRDefault="00A97AA4" w:rsidP="00EA5484">
      <w:pPr>
        <w:numPr>
          <w:ilvl w:val="0"/>
          <w:numId w:val="10"/>
        </w:numPr>
        <w:spacing w:after="0" w:line="240" w:lineRule="auto"/>
      </w:pPr>
      <w:r w:rsidRPr="00A97AA4">
        <w:t xml:space="preserve">Submit the completed application </w:t>
      </w:r>
      <w:r w:rsidR="00395C9E">
        <w:t xml:space="preserve">via </w:t>
      </w:r>
      <w:r w:rsidR="00285F20">
        <w:t xml:space="preserve">mail to 257 E. Bellevue Road #334, Atwater CA 95301 or </w:t>
      </w:r>
      <w:r w:rsidR="00395C9E">
        <w:t xml:space="preserve">email </w:t>
      </w:r>
      <w:r w:rsidR="003D7B42">
        <w:t xml:space="preserve">to </w:t>
      </w:r>
      <w:bookmarkStart w:id="0" w:name="_Hlk216856110"/>
      <w:r w:rsidR="00285F20">
        <w:fldChar w:fldCharType="begin"/>
      </w:r>
      <w:r w:rsidR="00285F20">
        <w:instrText>HYPERLINK "mailto:</w:instrText>
      </w:r>
      <w:r w:rsidR="00285F20" w:rsidRPr="00285F20">
        <w:instrText>grants@bmhcd.org</w:instrText>
      </w:r>
      <w:r w:rsidR="00285F20">
        <w:instrText>"</w:instrText>
      </w:r>
      <w:r w:rsidR="00285F20">
        <w:fldChar w:fldCharType="separate"/>
      </w:r>
      <w:r w:rsidR="00285F20" w:rsidRPr="009B4C5F">
        <w:rPr>
          <w:rStyle w:val="Hyperlink"/>
        </w:rPr>
        <w:t>grants@bmhcd.org</w:t>
      </w:r>
      <w:bookmarkEnd w:id="0"/>
      <w:r w:rsidR="00285F20">
        <w:fldChar w:fldCharType="end"/>
      </w:r>
    </w:p>
    <w:p w14:paraId="52ECE01C" w14:textId="5FD5C36B" w:rsidR="008B34B4" w:rsidRPr="008B34B4" w:rsidRDefault="00395C9E" w:rsidP="008B34B4">
      <w:pPr>
        <w:numPr>
          <w:ilvl w:val="0"/>
          <w:numId w:val="10"/>
        </w:numPr>
        <w:spacing w:after="0" w:line="240" w:lineRule="auto"/>
      </w:pPr>
      <w:r w:rsidRPr="00A97AA4">
        <w:t xml:space="preserve">For assistance with the application process or questions about the application, please contact </w:t>
      </w:r>
      <w:r>
        <w:t>Alisa Bettis</w:t>
      </w:r>
      <w:r w:rsidRPr="00A97AA4">
        <w:t xml:space="preserve">, </w:t>
      </w:r>
      <w:r>
        <w:t xml:space="preserve">Grants Coordinator </w:t>
      </w:r>
      <w:r w:rsidRPr="00A97AA4">
        <w:t>at </w:t>
      </w:r>
      <w:hyperlink r:id="rId9" w:history="1">
        <w:r w:rsidRPr="00704477">
          <w:rPr>
            <w:rStyle w:val="Hyperlink"/>
          </w:rPr>
          <w:t>alisabettis@bmhcd</w:t>
        </w:r>
        <w:r w:rsidRPr="00A97AA4">
          <w:rPr>
            <w:rStyle w:val="Hyperlink"/>
          </w:rPr>
          <w:t>.org</w:t>
        </w:r>
      </w:hyperlink>
      <w:r w:rsidRPr="00A97AA4">
        <w:t> </w:t>
      </w:r>
    </w:p>
    <w:p w14:paraId="59038A1B" w14:textId="52B7094E" w:rsidR="002A48EE" w:rsidRPr="008B34B4" w:rsidRDefault="00000000">
      <w:pPr>
        <w:pStyle w:val="Heading2"/>
        <w:rPr>
          <w:color w:val="0F243E" w:themeColor="text2" w:themeShade="80"/>
          <w:u w:val="single"/>
        </w:rPr>
      </w:pPr>
      <w:r w:rsidRPr="008B34B4">
        <w:rPr>
          <w:color w:val="0F243E" w:themeColor="text2" w:themeShade="80"/>
          <w:u w:val="single"/>
        </w:rPr>
        <w:t>Applicant Information</w:t>
      </w:r>
      <w:r w:rsidR="008B34B4" w:rsidRPr="008B34B4">
        <w:rPr>
          <w:color w:val="0F243E" w:themeColor="text2" w:themeShade="80"/>
          <w:u w:val="single"/>
        </w:rPr>
        <w:t>:</w:t>
      </w:r>
    </w:p>
    <w:p w14:paraId="6348131B" w14:textId="77777777" w:rsidR="008B34B4" w:rsidRDefault="008B34B4"/>
    <w:p w14:paraId="77D60792" w14:textId="2AEE516E" w:rsidR="002A48EE" w:rsidRDefault="00000000">
      <w:r>
        <w:t>Organization Name: __________________________</w:t>
      </w:r>
      <w:r w:rsidR="00395C9E">
        <w:t>_________________</w:t>
      </w:r>
      <w:bookmarkStart w:id="1" w:name="_Hlk216856355"/>
      <w:r w:rsidR="00082C3A">
        <w:t>______________________________________</w:t>
      </w:r>
      <w:bookmarkEnd w:id="1"/>
    </w:p>
    <w:p w14:paraId="4569AEE7" w14:textId="4D88D68B" w:rsidR="00395C9E" w:rsidRDefault="00395C9E">
      <w:r>
        <w:t>Organization Mailing Address: _______________________________</w:t>
      </w:r>
      <w:r w:rsidR="00082C3A">
        <w:t>______________________________________</w:t>
      </w:r>
    </w:p>
    <w:p w14:paraId="06F69880" w14:textId="159B70C2" w:rsidR="00395C9E" w:rsidRDefault="00395C9E">
      <w:r>
        <w:t>Organization Website: ________________________________________</w:t>
      </w:r>
      <w:r w:rsidR="00082C3A">
        <w:t>______________________________________</w:t>
      </w:r>
    </w:p>
    <w:p w14:paraId="68ED5D1B" w14:textId="0741894A" w:rsidR="002A48EE" w:rsidRDefault="00000000">
      <w:r>
        <w:t>Contact Person &amp; Title: __________________________</w:t>
      </w:r>
      <w:r w:rsidR="00395C9E">
        <w:t>____________</w:t>
      </w:r>
      <w:r w:rsidR="008B34B4">
        <w:t>_</w:t>
      </w:r>
      <w:r w:rsidR="00082C3A">
        <w:t>______________________________________</w:t>
      </w:r>
    </w:p>
    <w:p w14:paraId="7519B264" w14:textId="0170524E" w:rsidR="002A48EE" w:rsidRDefault="00000000">
      <w:r>
        <w:t>Phone: __________________________</w:t>
      </w:r>
      <w:r w:rsidR="00082C3A">
        <w:t>_______</w:t>
      </w:r>
      <w:r>
        <w:t xml:space="preserve">   Email: ______________________</w:t>
      </w:r>
      <w:r w:rsidR="00082C3A">
        <w:t>_______________________________</w:t>
      </w:r>
    </w:p>
    <w:p w14:paraId="0E7730B1" w14:textId="4452053E" w:rsidR="00395C9E" w:rsidRDefault="00395C9E">
      <w:r>
        <w:t>Executive Director Name: ____________________________________</w:t>
      </w:r>
      <w:r w:rsidR="00082C3A">
        <w:t>______________________________________</w:t>
      </w:r>
      <w:r>
        <w:tab/>
      </w:r>
    </w:p>
    <w:p w14:paraId="0152709E" w14:textId="77777777" w:rsidR="008B34B4" w:rsidRDefault="008B34B4">
      <w:pPr>
        <w:pStyle w:val="Heading2"/>
        <w:rPr>
          <w:color w:val="0F243E" w:themeColor="text2" w:themeShade="80"/>
          <w:u w:val="single"/>
        </w:rPr>
      </w:pPr>
    </w:p>
    <w:p w14:paraId="75DDA182" w14:textId="4317C0F6" w:rsidR="002A48EE" w:rsidRPr="008B34B4" w:rsidRDefault="00000000">
      <w:pPr>
        <w:pStyle w:val="Heading2"/>
        <w:rPr>
          <w:color w:val="0F243E" w:themeColor="text2" w:themeShade="80"/>
          <w:u w:val="single"/>
        </w:rPr>
      </w:pPr>
      <w:r w:rsidRPr="008B34B4">
        <w:rPr>
          <w:color w:val="0F243E" w:themeColor="text2" w:themeShade="80"/>
          <w:u w:val="single"/>
        </w:rPr>
        <w:t>Project Overview</w:t>
      </w:r>
      <w:r w:rsidR="008B34B4" w:rsidRPr="008B34B4">
        <w:rPr>
          <w:color w:val="0F243E" w:themeColor="text2" w:themeShade="80"/>
          <w:u w:val="single"/>
        </w:rPr>
        <w:t>:</w:t>
      </w:r>
    </w:p>
    <w:p w14:paraId="4DA4B745" w14:textId="77777777" w:rsidR="008B34B4" w:rsidRDefault="008B34B4"/>
    <w:p w14:paraId="5289E9BE" w14:textId="5010BF5F" w:rsidR="002A48EE" w:rsidRDefault="00000000">
      <w:r>
        <w:t>Project Title: __________________________</w:t>
      </w:r>
      <w:r w:rsidR="008B34B4">
        <w:t>_________________________</w:t>
      </w:r>
      <w:r w:rsidR="00082C3A">
        <w:t>______________________________________</w:t>
      </w:r>
    </w:p>
    <w:p w14:paraId="0FD8FF0F" w14:textId="2D8A8EDB" w:rsidR="002A48EE" w:rsidRDefault="00000000">
      <w:r>
        <w:t>Total Amount Requested: __________________________</w:t>
      </w:r>
      <w:r w:rsidR="008B34B4">
        <w:t>___________</w:t>
      </w:r>
      <w:r w:rsidR="00082C3A">
        <w:t>______________________________________</w:t>
      </w:r>
    </w:p>
    <w:p w14:paraId="12BD9E8B" w14:textId="543A4271" w:rsidR="002A48EE" w:rsidRDefault="00000000">
      <w:r>
        <w:t>Project Duration (</w:t>
      </w:r>
      <w:r w:rsidR="00F104F8">
        <w:t>S</w:t>
      </w:r>
      <w:r>
        <w:t>tart/</w:t>
      </w:r>
      <w:r w:rsidR="00F104F8">
        <w:t>E</w:t>
      </w:r>
      <w:r>
        <w:t xml:space="preserve">nd </w:t>
      </w:r>
      <w:r w:rsidR="00F104F8">
        <w:t>D</w:t>
      </w:r>
      <w:r>
        <w:t>ates): __________________________</w:t>
      </w:r>
      <w:r w:rsidR="00082C3A">
        <w:t>______________________________________</w:t>
      </w:r>
    </w:p>
    <w:p w14:paraId="69FB2CF2" w14:textId="77777777" w:rsidR="00360ED8" w:rsidRDefault="00360ED8" w:rsidP="00360ED8">
      <w:pPr>
        <w:pStyle w:val="Heading2"/>
        <w:rPr>
          <w:color w:val="0F243E" w:themeColor="text2" w:themeShade="80"/>
          <w:u w:val="single"/>
        </w:rPr>
      </w:pPr>
    </w:p>
    <w:p w14:paraId="688F63DD" w14:textId="77777777" w:rsidR="004F1B87" w:rsidRDefault="004F1B87" w:rsidP="00360ED8">
      <w:pPr>
        <w:pStyle w:val="Heading2"/>
        <w:rPr>
          <w:color w:val="0F243E" w:themeColor="text2" w:themeShade="80"/>
          <w:u w:val="single"/>
        </w:rPr>
      </w:pPr>
    </w:p>
    <w:p w14:paraId="3EF0A1B3" w14:textId="30FCAD41" w:rsidR="00360ED8" w:rsidRPr="008B34B4" w:rsidRDefault="00360ED8" w:rsidP="00360ED8">
      <w:pPr>
        <w:pStyle w:val="Heading2"/>
        <w:rPr>
          <w:color w:val="0F243E" w:themeColor="text2" w:themeShade="80"/>
          <w:u w:val="single"/>
        </w:rPr>
      </w:pPr>
      <w:r>
        <w:rPr>
          <w:color w:val="0F243E" w:themeColor="text2" w:themeShade="80"/>
          <w:u w:val="single"/>
        </w:rPr>
        <w:t>Alignment with Bloss Memorial Healthcare District’s Funding Priorities</w:t>
      </w:r>
      <w:r w:rsidRPr="008B34B4">
        <w:rPr>
          <w:color w:val="0F243E" w:themeColor="text2" w:themeShade="80"/>
          <w:u w:val="single"/>
        </w:rPr>
        <w:t>:</w:t>
      </w:r>
    </w:p>
    <w:p w14:paraId="389E792B" w14:textId="329B4555" w:rsidR="00200C9A" w:rsidRPr="00200C9A" w:rsidRDefault="00E45321" w:rsidP="00360ED8">
      <w:pPr>
        <w:rPr>
          <w:i/>
          <w:iCs/>
        </w:rPr>
      </w:pPr>
      <w:r>
        <w:rPr>
          <w:i/>
          <w:iCs/>
        </w:rPr>
        <w:t>D</w:t>
      </w:r>
      <w:r w:rsidR="00360ED8">
        <w:rPr>
          <w:i/>
          <w:iCs/>
        </w:rPr>
        <w:t xml:space="preserve">oes the organization provide significant, targeted services to residents within BMCHD’s service area? </w:t>
      </w:r>
      <w:r>
        <w:rPr>
          <w:i/>
          <w:iCs/>
        </w:rPr>
        <w:t>How is the organization’s work align</w:t>
      </w:r>
      <w:r w:rsidR="00200C9A">
        <w:rPr>
          <w:i/>
          <w:iCs/>
        </w:rPr>
        <w:t>ed</w:t>
      </w:r>
      <w:r>
        <w:rPr>
          <w:i/>
          <w:iCs/>
        </w:rPr>
        <w:t xml:space="preserve"> with BMCHD strategic plan and priority funding areas?</w:t>
      </w:r>
    </w:p>
    <w:p w14:paraId="77AB6714" w14:textId="77777777" w:rsidR="00360ED8" w:rsidRDefault="00360ED8">
      <w:pPr>
        <w:pStyle w:val="Heading2"/>
        <w:rPr>
          <w:color w:val="0F243E" w:themeColor="text2" w:themeShade="80"/>
          <w:u w:val="single"/>
        </w:rPr>
      </w:pPr>
    </w:p>
    <w:p w14:paraId="163C2A6B" w14:textId="77777777" w:rsidR="00200C9A" w:rsidRPr="00200C9A" w:rsidRDefault="00200C9A" w:rsidP="00200C9A"/>
    <w:p w14:paraId="25A17ACC" w14:textId="77777777" w:rsidR="00360ED8" w:rsidRDefault="00360ED8">
      <w:pPr>
        <w:pStyle w:val="Heading2"/>
        <w:rPr>
          <w:color w:val="0F243E" w:themeColor="text2" w:themeShade="80"/>
          <w:u w:val="single"/>
        </w:rPr>
      </w:pPr>
    </w:p>
    <w:p w14:paraId="0F7807E6" w14:textId="059E514C" w:rsidR="002A48EE" w:rsidRPr="008B34B4" w:rsidRDefault="00000000">
      <w:pPr>
        <w:pStyle w:val="Heading2"/>
        <w:rPr>
          <w:color w:val="0F243E" w:themeColor="text2" w:themeShade="80"/>
          <w:u w:val="single"/>
        </w:rPr>
      </w:pPr>
      <w:r w:rsidRPr="008B34B4">
        <w:rPr>
          <w:color w:val="0F243E" w:themeColor="text2" w:themeShade="80"/>
          <w:u w:val="single"/>
        </w:rPr>
        <w:t>Needs Statement</w:t>
      </w:r>
      <w:r w:rsidR="008B34B4" w:rsidRPr="008B34B4">
        <w:rPr>
          <w:color w:val="0F243E" w:themeColor="text2" w:themeShade="80"/>
          <w:u w:val="single"/>
        </w:rPr>
        <w:t>:</w:t>
      </w:r>
    </w:p>
    <w:p w14:paraId="0AD3CE63" w14:textId="537A7386" w:rsidR="002A48EE" w:rsidRDefault="00000000">
      <w:r w:rsidRPr="008B34B4">
        <w:rPr>
          <w:i/>
          <w:iCs/>
        </w:rPr>
        <w:t xml:space="preserve">Describe the health care gap or community need this project </w:t>
      </w:r>
      <w:proofErr w:type="gramStart"/>
      <w:r w:rsidRPr="008B34B4">
        <w:rPr>
          <w:i/>
          <w:iCs/>
        </w:rPr>
        <w:t>will address</w:t>
      </w:r>
      <w:proofErr w:type="gramEnd"/>
      <w:r>
        <w:t xml:space="preserve">. </w:t>
      </w:r>
    </w:p>
    <w:p w14:paraId="4D1034FE" w14:textId="77777777" w:rsidR="008B34B4" w:rsidRDefault="008B34B4"/>
    <w:p w14:paraId="50B0B177" w14:textId="77777777" w:rsidR="008B34B4" w:rsidRDefault="008B34B4"/>
    <w:p w14:paraId="06EEFDE3" w14:textId="77777777" w:rsidR="00200C9A" w:rsidRDefault="00200C9A"/>
    <w:p w14:paraId="62BF14B8" w14:textId="77777777" w:rsidR="008B34B4" w:rsidRDefault="008B34B4"/>
    <w:p w14:paraId="7AA1588B" w14:textId="191A2EDC" w:rsidR="002A48EE" w:rsidRPr="008B34B4" w:rsidRDefault="00000000">
      <w:pPr>
        <w:pStyle w:val="Heading2"/>
        <w:rPr>
          <w:i/>
          <w:iCs/>
          <w:color w:val="0F243E" w:themeColor="text2" w:themeShade="80"/>
          <w:u w:val="single"/>
        </w:rPr>
      </w:pPr>
      <w:r w:rsidRPr="008B34B4">
        <w:rPr>
          <w:color w:val="0F243E" w:themeColor="text2" w:themeShade="80"/>
          <w:u w:val="single"/>
        </w:rPr>
        <w:t>Project Description</w:t>
      </w:r>
      <w:r w:rsidR="008B34B4" w:rsidRPr="008B34B4">
        <w:rPr>
          <w:color w:val="0F243E" w:themeColor="text2" w:themeShade="80"/>
          <w:u w:val="single"/>
        </w:rPr>
        <w:t>:</w:t>
      </w:r>
    </w:p>
    <w:p w14:paraId="1ACECFA0" w14:textId="77777777" w:rsidR="002A48EE" w:rsidRPr="008B34B4" w:rsidRDefault="00000000">
      <w:pPr>
        <w:rPr>
          <w:i/>
          <w:iCs/>
        </w:rPr>
      </w:pPr>
      <w:r w:rsidRPr="008B34B4">
        <w:rPr>
          <w:i/>
          <w:iCs/>
        </w:rPr>
        <w:t>Summarize what the project will do, who it will serve, and how it will be implemented.</w:t>
      </w:r>
    </w:p>
    <w:p w14:paraId="020C7C36" w14:textId="77777777" w:rsidR="008B34B4" w:rsidRDefault="008B34B4">
      <w:pPr>
        <w:pStyle w:val="Heading2"/>
        <w:rPr>
          <w:color w:val="0F243E" w:themeColor="text2" w:themeShade="80"/>
        </w:rPr>
      </w:pPr>
    </w:p>
    <w:p w14:paraId="709A1804" w14:textId="77777777" w:rsidR="00200C9A" w:rsidRPr="00200C9A" w:rsidRDefault="00200C9A" w:rsidP="00200C9A"/>
    <w:p w14:paraId="005B07B9" w14:textId="77777777" w:rsidR="008B34B4" w:rsidRPr="008B34B4" w:rsidRDefault="008B34B4" w:rsidP="008B34B4"/>
    <w:p w14:paraId="5E30AFDE" w14:textId="77777777" w:rsidR="008B34B4" w:rsidRDefault="008B34B4">
      <w:pPr>
        <w:pStyle w:val="Heading2"/>
        <w:rPr>
          <w:color w:val="0F243E" w:themeColor="text2" w:themeShade="80"/>
        </w:rPr>
      </w:pPr>
    </w:p>
    <w:p w14:paraId="0AFFDBCF" w14:textId="3405D106" w:rsidR="002A48EE" w:rsidRPr="008B34B4" w:rsidRDefault="00000000">
      <w:pPr>
        <w:pStyle w:val="Heading2"/>
        <w:rPr>
          <w:color w:val="0F243E" w:themeColor="text2" w:themeShade="80"/>
          <w:u w:val="single"/>
        </w:rPr>
      </w:pPr>
      <w:r w:rsidRPr="008B34B4">
        <w:rPr>
          <w:color w:val="0F243E" w:themeColor="text2" w:themeShade="80"/>
          <w:u w:val="single"/>
        </w:rPr>
        <w:t>Goals and Objectives</w:t>
      </w:r>
      <w:r w:rsidR="008B34B4" w:rsidRPr="008B34B4">
        <w:rPr>
          <w:color w:val="0F243E" w:themeColor="text2" w:themeShade="80"/>
          <w:u w:val="single"/>
        </w:rPr>
        <w:t>:</w:t>
      </w:r>
    </w:p>
    <w:p w14:paraId="14A04DE6" w14:textId="29E42457" w:rsidR="002A48EE" w:rsidRDefault="00000000">
      <w:pPr>
        <w:rPr>
          <w:i/>
          <w:iCs/>
        </w:rPr>
      </w:pPr>
      <w:r w:rsidRPr="008B34B4">
        <w:rPr>
          <w:i/>
          <w:iCs/>
        </w:rPr>
        <w:t xml:space="preserve">List 2–3 measurable goals </w:t>
      </w:r>
    </w:p>
    <w:p w14:paraId="5E1BB849" w14:textId="77777777" w:rsidR="008B34B4" w:rsidRDefault="008B34B4">
      <w:pPr>
        <w:rPr>
          <w:i/>
          <w:iCs/>
        </w:rPr>
      </w:pPr>
    </w:p>
    <w:p w14:paraId="6A83BF61" w14:textId="77777777" w:rsidR="008B34B4" w:rsidRDefault="008B34B4">
      <w:pPr>
        <w:rPr>
          <w:i/>
          <w:iCs/>
        </w:rPr>
      </w:pPr>
    </w:p>
    <w:p w14:paraId="1CF1D99F" w14:textId="77777777" w:rsidR="008B34B4" w:rsidRDefault="008B34B4">
      <w:pPr>
        <w:rPr>
          <w:i/>
          <w:iCs/>
        </w:rPr>
      </w:pPr>
    </w:p>
    <w:p w14:paraId="10F4A163" w14:textId="77777777" w:rsidR="00200C9A" w:rsidRPr="008B34B4" w:rsidRDefault="00200C9A">
      <w:pPr>
        <w:rPr>
          <w:i/>
          <w:iCs/>
        </w:rPr>
      </w:pPr>
    </w:p>
    <w:p w14:paraId="34C80A05" w14:textId="77777777" w:rsidR="00561819" w:rsidRDefault="00561819">
      <w:pPr>
        <w:pStyle w:val="Heading2"/>
        <w:rPr>
          <w:color w:val="0F243E" w:themeColor="text2" w:themeShade="80"/>
          <w:u w:val="single"/>
        </w:rPr>
      </w:pPr>
    </w:p>
    <w:p w14:paraId="64D91EC9" w14:textId="49E6C2B2" w:rsidR="002A48EE" w:rsidRPr="008B34B4" w:rsidRDefault="00000000">
      <w:pPr>
        <w:pStyle w:val="Heading2"/>
        <w:rPr>
          <w:color w:val="0F243E" w:themeColor="text2" w:themeShade="80"/>
          <w:u w:val="single"/>
        </w:rPr>
      </w:pPr>
      <w:r w:rsidRPr="008B34B4">
        <w:rPr>
          <w:color w:val="0F243E" w:themeColor="text2" w:themeShade="80"/>
          <w:u w:val="single"/>
        </w:rPr>
        <w:t>Activities &amp; Work Plan</w:t>
      </w:r>
      <w:r w:rsidR="008B34B4" w:rsidRPr="008B34B4">
        <w:rPr>
          <w:color w:val="0F243E" w:themeColor="text2" w:themeShade="80"/>
          <w:u w:val="single"/>
        </w:rPr>
        <w:t>:</w:t>
      </w:r>
    </w:p>
    <w:p w14:paraId="787EE1A1" w14:textId="60FD2151" w:rsidR="002A48EE" w:rsidRDefault="00000000">
      <w:pPr>
        <w:rPr>
          <w:i/>
          <w:iCs/>
        </w:rPr>
      </w:pPr>
      <w:r w:rsidRPr="008B34B4">
        <w:rPr>
          <w:i/>
          <w:iCs/>
        </w:rPr>
        <w:t xml:space="preserve">Detail the activities, timeline, and responsible staff/partners. </w:t>
      </w:r>
    </w:p>
    <w:p w14:paraId="15CA504E" w14:textId="77777777" w:rsidR="008B34B4" w:rsidRDefault="008B34B4">
      <w:pPr>
        <w:rPr>
          <w:i/>
          <w:iCs/>
        </w:rPr>
      </w:pPr>
    </w:p>
    <w:p w14:paraId="173B2E02" w14:textId="77777777" w:rsidR="00200C9A" w:rsidRDefault="00200C9A">
      <w:pPr>
        <w:rPr>
          <w:i/>
          <w:iCs/>
        </w:rPr>
      </w:pPr>
    </w:p>
    <w:p w14:paraId="39BFAE74" w14:textId="77777777" w:rsidR="008B34B4" w:rsidRPr="008B34B4" w:rsidRDefault="008B34B4">
      <w:pPr>
        <w:rPr>
          <w:i/>
          <w:iCs/>
        </w:rPr>
      </w:pPr>
    </w:p>
    <w:p w14:paraId="36A2CACF" w14:textId="6756563F" w:rsidR="002A48EE" w:rsidRPr="008B34B4" w:rsidRDefault="00000000">
      <w:pPr>
        <w:pStyle w:val="Heading2"/>
        <w:rPr>
          <w:color w:val="0F243E" w:themeColor="text2" w:themeShade="80"/>
          <w:u w:val="single"/>
        </w:rPr>
      </w:pPr>
      <w:r w:rsidRPr="008B34B4">
        <w:rPr>
          <w:color w:val="0F243E" w:themeColor="text2" w:themeShade="80"/>
          <w:u w:val="single"/>
        </w:rPr>
        <w:t>Expected Outcomes &amp; Evaluation</w:t>
      </w:r>
      <w:r w:rsidR="008B34B4" w:rsidRPr="008B34B4">
        <w:rPr>
          <w:color w:val="0F243E" w:themeColor="text2" w:themeShade="80"/>
          <w:u w:val="single"/>
        </w:rPr>
        <w:t>:</w:t>
      </w:r>
    </w:p>
    <w:p w14:paraId="1E4B41A4" w14:textId="73104301" w:rsidR="002A48EE" w:rsidRDefault="00000000">
      <w:pPr>
        <w:rPr>
          <w:i/>
          <w:iCs/>
        </w:rPr>
      </w:pPr>
      <w:r w:rsidRPr="008B34B4">
        <w:rPr>
          <w:i/>
          <w:iCs/>
        </w:rPr>
        <w:t>Identify the key metrics you will track</w:t>
      </w:r>
      <w:r w:rsidR="00A97AA4" w:rsidRPr="008B34B4">
        <w:rPr>
          <w:i/>
          <w:iCs/>
        </w:rPr>
        <w:t xml:space="preserve">. </w:t>
      </w:r>
      <w:r w:rsidRPr="008B34B4">
        <w:rPr>
          <w:i/>
          <w:iCs/>
        </w:rPr>
        <w:t>Describe how you will collect and report data.</w:t>
      </w:r>
    </w:p>
    <w:p w14:paraId="1BE03EA6" w14:textId="77777777" w:rsidR="008B34B4" w:rsidRDefault="008B34B4">
      <w:pPr>
        <w:rPr>
          <w:i/>
          <w:iCs/>
        </w:rPr>
      </w:pPr>
    </w:p>
    <w:p w14:paraId="3DD046F5" w14:textId="77777777" w:rsidR="008B34B4" w:rsidRDefault="008B34B4">
      <w:pPr>
        <w:rPr>
          <w:i/>
          <w:iCs/>
        </w:rPr>
      </w:pPr>
    </w:p>
    <w:p w14:paraId="7EED690E" w14:textId="77777777" w:rsidR="008B34B4" w:rsidRDefault="008B34B4">
      <w:pPr>
        <w:pStyle w:val="Heading2"/>
        <w:rPr>
          <w:color w:val="0F243E" w:themeColor="text2" w:themeShade="80"/>
          <w:u w:val="single"/>
        </w:rPr>
      </w:pPr>
    </w:p>
    <w:p w14:paraId="4821ED45" w14:textId="03D12BDA" w:rsidR="002A48EE" w:rsidRPr="008B34B4" w:rsidRDefault="00151C38">
      <w:pPr>
        <w:pStyle w:val="Heading2"/>
        <w:rPr>
          <w:color w:val="0F243E" w:themeColor="text2" w:themeShade="80"/>
          <w:u w:val="single"/>
        </w:rPr>
      </w:pPr>
      <w:r>
        <w:rPr>
          <w:color w:val="0F243E" w:themeColor="text2" w:themeShade="80"/>
          <w:u w:val="single"/>
        </w:rPr>
        <w:t>Collaboration and Partnerships</w:t>
      </w:r>
      <w:r w:rsidR="008B34B4" w:rsidRPr="008B34B4">
        <w:rPr>
          <w:color w:val="0F243E" w:themeColor="text2" w:themeShade="80"/>
          <w:u w:val="single"/>
        </w:rPr>
        <w:t>:</w:t>
      </w:r>
    </w:p>
    <w:p w14:paraId="58984ED9" w14:textId="77777777" w:rsidR="002A48EE" w:rsidRDefault="00000000">
      <w:pPr>
        <w:rPr>
          <w:i/>
          <w:iCs/>
        </w:rPr>
      </w:pPr>
      <w:r w:rsidRPr="008B34B4">
        <w:rPr>
          <w:i/>
          <w:iCs/>
        </w:rPr>
        <w:t>List partner organizations and describe their role.</w:t>
      </w:r>
    </w:p>
    <w:p w14:paraId="22EB1477" w14:textId="77777777" w:rsidR="008B34B4" w:rsidRDefault="008B34B4">
      <w:pPr>
        <w:rPr>
          <w:i/>
          <w:iCs/>
        </w:rPr>
      </w:pPr>
    </w:p>
    <w:p w14:paraId="72D1D314" w14:textId="77777777" w:rsidR="008B34B4" w:rsidRDefault="008B34B4">
      <w:pPr>
        <w:rPr>
          <w:i/>
          <w:iCs/>
        </w:rPr>
      </w:pPr>
    </w:p>
    <w:p w14:paraId="675B06F2" w14:textId="77777777" w:rsidR="00200C9A" w:rsidRDefault="00200C9A">
      <w:pPr>
        <w:rPr>
          <w:i/>
          <w:iCs/>
        </w:rPr>
      </w:pPr>
    </w:p>
    <w:p w14:paraId="6227C907" w14:textId="77777777" w:rsidR="008B34B4" w:rsidRPr="008B34B4" w:rsidRDefault="008B34B4">
      <w:pPr>
        <w:rPr>
          <w:i/>
          <w:iCs/>
        </w:rPr>
      </w:pPr>
    </w:p>
    <w:p w14:paraId="6615D26A" w14:textId="4D2026C0" w:rsidR="002A48EE" w:rsidRPr="008B34B4" w:rsidRDefault="00000000">
      <w:pPr>
        <w:pStyle w:val="Heading2"/>
        <w:rPr>
          <w:color w:val="0F243E" w:themeColor="text2" w:themeShade="80"/>
          <w:u w:val="single"/>
        </w:rPr>
      </w:pPr>
      <w:r w:rsidRPr="008B34B4">
        <w:rPr>
          <w:color w:val="0F243E" w:themeColor="text2" w:themeShade="80"/>
          <w:u w:val="single"/>
        </w:rPr>
        <w:t>Budget</w:t>
      </w:r>
      <w:r w:rsidR="008B34B4" w:rsidRPr="008B34B4">
        <w:rPr>
          <w:color w:val="0F243E" w:themeColor="text2" w:themeShade="80"/>
          <w:u w:val="single"/>
        </w:rPr>
        <w:t>:</w:t>
      </w:r>
    </w:p>
    <w:p w14:paraId="6E3628D0" w14:textId="153C1A90" w:rsidR="002A48EE" w:rsidRDefault="00000000">
      <w:pPr>
        <w:rPr>
          <w:i/>
          <w:iCs/>
        </w:rPr>
      </w:pPr>
      <w:r w:rsidRPr="008B34B4">
        <w:rPr>
          <w:i/>
          <w:iCs/>
        </w:rPr>
        <w:t xml:space="preserve">Provide a </w:t>
      </w:r>
      <w:r w:rsidR="00F104F8">
        <w:rPr>
          <w:i/>
          <w:iCs/>
        </w:rPr>
        <w:t xml:space="preserve">budget outline and </w:t>
      </w:r>
      <w:r w:rsidRPr="008B34B4">
        <w:rPr>
          <w:i/>
          <w:iCs/>
        </w:rPr>
        <w:t>summary of how funds will be used.</w:t>
      </w:r>
    </w:p>
    <w:p w14:paraId="68DC4A07" w14:textId="77777777" w:rsidR="008B34B4" w:rsidRDefault="008B34B4">
      <w:pPr>
        <w:rPr>
          <w:i/>
          <w:iCs/>
        </w:rPr>
      </w:pPr>
    </w:p>
    <w:p w14:paraId="2FD54764" w14:textId="77777777" w:rsidR="008B34B4" w:rsidRDefault="008B34B4">
      <w:pPr>
        <w:rPr>
          <w:i/>
          <w:iCs/>
        </w:rPr>
      </w:pPr>
    </w:p>
    <w:p w14:paraId="2B046C6D" w14:textId="77777777" w:rsidR="008B34B4" w:rsidRDefault="008B34B4">
      <w:pPr>
        <w:rPr>
          <w:i/>
          <w:iCs/>
        </w:rPr>
      </w:pPr>
    </w:p>
    <w:p w14:paraId="4ADE2BE5" w14:textId="77777777" w:rsidR="008B34B4" w:rsidRPr="008B34B4" w:rsidRDefault="008B34B4">
      <w:pPr>
        <w:rPr>
          <w:i/>
          <w:iCs/>
        </w:rPr>
      </w:pPr>
    </w:p>
    <w:p w14:paraId="2EC89A84" w14:textId="657B5F5A" w:rsidR="002A48EE" w:rsidRPr="008B34B4" w:rsidRDefault="00000000">
      <w:pPr>
        <w:pStyle w:val="Heading2"/>
        <w:rPr>
          <w:color w:val="0F243E" w:themeColor="text2" w:themeShade="80"/>
          <w:u w:val="single"/>
        </w:rPr>
      </w:pPr>
      <w:r w:rsidRPr="008B34B4">
        <w:rPr>
          <w:color w:val="0F243E" w:themeColor="text2" w:themeShade="80"/>
          <w:u w:val="single"/>
        </w:rPr>
        <w:t>Sustainability Plan</w:t>
      </w:r>
      <w:r w:rsidR="008B34B4" w:rsidRPr="008B34B4">
        <w:rPr>
          <w:color w:val="0F243E" w:themeColor="text2" w:themeShade="80"/>
          <w:u w:val="single"/>
        </w:rPr>
        <w:t>:</w:t>
      </w:r>
    </w:p>
    <w:p w14:paraId="60DC839B" w14:textId="24209B2D" w:rsidR="002A48EE" w:rsidRPr="008B34B4" w:rsidRDefault="00000000">
      <w:pPr>
        <w:rPr>
          <w:i/>
          <w:iCs/>
        </w:rPr>
      </w:pPr>
      <w:r w:rsidRPr="008B34B4">
        <w:rPr>
          <w:i/>
          <w:iCs/>
        </w:rPr>
        <w:t>Explain how the project will continue after grant funding ends</w:t>
      </w:r>
      <w:r w:rsidR="008B34B4">
        <w:rPr>
          <w:i/>
          <w:iCs/>
        </w:rPr>
        <w:t>.</w:t>
      </w:r>
    </w:p>
    <w:sectPr w:rsidR="002A48EE" w:rsidRPr="008B34B4" w:rsidSect="00034616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7BC53" w14:textId="77777777" w:rsidR="00A048F8" w:rsidRDefault="00A048F8" w:rsidP="002D5447">
      <w:pPr>
        <w:spacing w:after="0" w:line="240" w:lineRule="auto"/>
      </w:pPr>
      <w:r>
        <w:separator/>
      </w:r>
    </w:p>
  </w:endnote>
  <w:endnote w:type="continuationSeparator" w:id="0">
    <w:p w14:paraId="3AD6ABED" w14:textId="77777777" w:rsidR="00A048F8" w:rsidRDefault="00A048F8" w:rsidP="002D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F75B1" w14:textId="77777777" w:rsidR="00A048F8" w:rsidRDefault="00A048F8" w:rsidP="002D5447">
      <w:pPr>
        <w:spacing w:after="0" w:line="240" w:lineRule="auto"/>
      </w:pPr>
      <w:r>
        <w:separator/>
      </w:r>
    </w:p>
  </w:footnote>
  <w:footnote w:type="continuationSeparator" w:id="0">
    <w:p w14:paraId="3ADC7428" w14:textId="77777777" w:rsidR="00A048F8" w:rsidRDefault="00A048F8" w:rsidP="002D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6A3DC" w14:textId="51799C42" w:rsidR="002D5447" w:rsidRDefault="002D5447" w:rsidP="002D5447">
    <w:pPr>
      <w:pStyle w:val="Header"/>
      <w:jc w:val="center"/>
    </w:pPr>
    <w:r>
      <w:rPr>
        <w:noProof/>
      </w:rPr>
      <w:drawing>
        <wp:inline distT="0" distB="0" distL="0" distR="0" wp14:anchorId="416C7235" wp14:editId="78663A1C">
          <wp:extent cx="1270000" cy="958850"/>
          <wp:effectExtent l="0" t="0" r="6350" b="0"/>
          <wp:docPr id="4" name="Picture 3" descr="A logo for a healthcare district">
            <a:extLst xmlns:a="http://schemas.openxmlformats.org/drawingml/2006/main">
              <a:ext uri="{FF2B5EF4-FFF2-40B4-BE49-F238E27FC236}">
                <a16:creationId xmlns:a16="http://schemas.microsoft.com/office/drawing/2014/main" id="{F2F18D27-CFCE-1AE4-2BFA-181311FCA7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logo for a healthcare district">
                    <a:extLst>
                      <a:ext uri="{FF2B5EF4-FFF2-40B4-BE49-F238E27FC236}">
                        <a16:creationId xmlns:a16="http://schemas.microsoft.com/office/drawing/2014/main" id="{F2F18D27-CFCE-1AE4-2BFA-181311FCA7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" cy="958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D181D4B"/>
    <w:multiLevelType w:val="multilevel"/>
    <w:tmpl w:val="FDF0A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1723577">
    <w:abstractNumId w:val="8"/>
  </w:num>
  <w:num w:numId="2" w16cid:durableId="1116831607">
    <w:abstractNumId w:val="6"/>
  </w:num>
  <w:num w:numId="3" w16cid:durableId="79915994">
    <w:abstractNumId w:val="5"/>
  </w:num>
  <w:num w:numId="4" w16cid:durableId="1536120934">
    <w:abstractNumId w:val="4"/>
  </w:num>
  <w:num w:numId="5" w16cid:durableId="1607418152">
    <w:abstractNumId w:val="7"/>
  </w:num>
  <w:num w:numId="6" w16cid:durableId="1983073897">
    <w:abstractNumId w:val="3"/>
  </w:num>
  <w:num w:numId="7" w16cid:durableId="750126249">
    <w:abstractNumId w:val="2"/>
  </w:num>
  <w:num w:numId="8" w16cid:durableId="64887607">
    <w:abstractNumId w:val="1"/>
  </w:num>
  <w:num w:numId="9" w16cid:durableId="1760831189">
    <w:abstractNumId w:val="0"/>
  </w:num>
  <w:num w:numId="10" w16cid:durableId="18356855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2C3A"/>
    <w:rsid w:val="00097DBE"/>
    <w:rsid w:val="000F0A75"/>
    <w:rsid w:val="0015074B"/>
    <w:rsid w:val="00151C38"/>
    <w:rsid w:val="00200C9A"/>
    <w:rsid w:val="00285F20"/>
    <w:rsid w:val="0029639D"/>
    <w:rsid w:val="002A48EE"/>
    <w:rsid w:val="002D5447"/>
    <w:rsid w:val="00326F90"/>
    <w:rsid w:val="00360ED8"/>
    <w:rsid w:val="00395C9E"/>
    <w:rsid w:val="003D7B42"/>
    <w:rsid w:val="00482FE7"/>
    <w:rsid w:val="004A05B5"/>
    <w:rsid w:val="004E1962"/>
    <w:rsid w:val="004F1B87"/>
    <w:rsid w:val="00561819"/>
    <w:rsid w:val="00715686"/>
    <w:rsid w:val="00820CE1"/>
    <w:rsid w:val="008B34B4"/>
    <w:rsid w:val="009B074D"/>
    <w:rsid w:val="009C2BE6"/>
    <w:rsid w:val="00A048F8"/>
    <w:rsid w:val="00A367DC"/>
    <w:rsid w:val="00A97AA4"/>
    <w:rsid w:val="00AA1D8D"/>
    <w:rsid w:val="00B47730"/>
    <w:rsid w:val="00B5289A"/>
    <w:rsid w:val="00C63711"/>
    <w:rsid w:val="00CB0664"/>
    <w:rsid w:val="00E45321"/>
    <w:rsid w:val="00EA5484"/>
    <w:rsid w:val="00F104F8"/>
    <w:rsid w:val="00FC693F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09ECBA"/>
  <w14:defaultImageDpi w14:val="300"/>
  <w15:docId w15:val="{DFAB9DC7-7B3D-4D56-9E70-19F2EA89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A97A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mhcd.org/district-boundari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isabettis@bmhc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Alissa Bettis</cp:lastModifiedBy>
  <cp:revision>19</cp:revision>
  <cp:lastPrinted>2025-12-17T17:52:00Z</cp:lastPrinted>
  <dcterms:created xsi:type="dcterms:W3CDTF">2025-09-09T16:18:00Z</dcterms:created>
  <dcterms:modified xsi:type="dcterms:W3CDTF">2025-12-17T20:39:00Z</dcterms:modified>
  <cp:category/>
</cp:coreProperties>
</file>